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000000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7D7E228D" w:rsidR="00A67B2E" w:rsidRPr="00352867" w:rsidRDefault="00000000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>do Wojewódzkiego Konkursu z .......................................................... 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 xml:space="preserve">dla uczniów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województwa pomorskiego w roku szkolnym 2026/2027</w:t>
      </w:r>
    </w:p>
    <w:p w14:paraId="2DA09ABE" w14:textId="77777777" w:rsidR="00A67B2E" w:rsidRPr="00352867" w:rsidRDefault="00000000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B0070A2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>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458D8C7" w14:textId="0AEDE8F9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F812EFF" w14:textId="640F3E25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przypadku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również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62CEDAB" w14:textId="77777777" w:rsidR="00A67B2E" w:rsidRPr="00352867" w:rsidRDefault="00000000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8314D4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szkoły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17B45EB" w14:textId="666E5224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1360609" w14:textId="31521582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709273EA" w14:textId="350FDB51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3D75C062" w14:textId="3C5D8A04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69624A7D" w14:textId="7777777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000000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000000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się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się,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możliwości, wyłącznie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oraz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podstaw do jego zastosowania, bez przekazywania dokumentacji medycznej, jeżeli nie jest to niezbędne.</w:t>
      </w:r>
    </w:p>
    <w:p w14:paraId="108D61FE" w14:textId="54BD5CB2" w:rsidR="00A67B2E" w:rsidRPr="00352867" w:rsidRDefault="00000000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000000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Wojewódzkiej Gali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Oświaty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 xml:space="preserve">autorskim i prawach pokrewnych; zasady przetwarzania danych związanych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000000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000000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są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Konkursu oraz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udostępniono mi informacje dotyczące przetwarzania danych osobowych przez właściwego administratora.</w:t>
      </w:r>
    </w:p>
    <w:p w14:paraId="33A03845" w14:textId="7777777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000000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7777777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szkoła: ................................................................................................................</w:t>
      </w:r>
    </w:p>
    <w:p w14:paraId="32FBF02A" w14:textId="7777777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kontaktowe szkoły: ................................................................................................................................................</w:t>
      </w:r>
    </w:p>
    <w:p w14:paraId="063954CD" w14:textId="77777777" w:rsidR="00A67B2E" w:rsidRPr="00352867" w:rsidRDefault="00000000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Kontakt do IOD szkoły: ....................................................................................................................................................</w:t>
      </w:r>
    </w:p>
    <w:p w14:paraId="02312C48" w14:textId="2E115FB0" w:rsidR="00A67B2E" w:rsidRPr="00352867" w:rsidRDefault="00000000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są przetwarzane w celu organizacji i przeprowadzenia stopnia I – szkolnego Konkursu,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przez Pomorskiego Kuratora Oświaty oraz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osób, których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Pomorskiego Kuratora Oświaty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Konkursu..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wymaganych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Konkursie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może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uczestników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mogą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właściwej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stopnia I – szkolnego,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rejonowego oraz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Konkursu. W zakresie tych danych administratorem jest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przez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oraz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oraz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do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000000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000000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uczestnika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Pomorski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Oświaty jest administratorem danych przetwarzanych w celu weryfikacji wyniku stopnia I, kwalifikacji do stopnia II i dalszej realizacji Konkursu.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Pomorskiego Kuratora Oświaty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wymaga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904AC" w14:textId="77777777" w:rsidR="00086065" w:rsidRDefault="00086065">
      <w:pPr>
        <w:spacing w:after="0" w:line="240" w:lineRule="auto"/>
      </w:pPr>
      <w:r>
        <w:separator/>
      </w:r>
    </w:p>
  </w:endnote>
  <w:endnote w:type="continuationSeparator" w:id="0">
    <w:p w14:paraId="0D9C0EAE" w14:textId="77777777" w:rsidR="00086065" w:rsidRDefault="0008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90405" w14:textId="77777777" w:rsidR="00A67B2E" w:rsidRDefault="00000000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DF962" w14:textId="77777777" w:rsidR="00086065" w:rsidRDefault="00086065">
      <w:pPr>
        <w:spacing w:after="0" w:line="240" w:lineRule="auto"/>
      </w:pPr>
      <w:r>
        <w:separator/>
      </w:r>
    </w:p>
  </w:footnote>
  <w:footnote w:type="continuationSeparator" w:id="0">
    <w:p w14:paraId="1F873FAF" w14:textId="77777777" w:rsidR="00086065" w:rsidRDefault="00086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BDEB" w14:textId="09626A7A" w:rsidR="00300FAC" w:rsidRPr="00352867" w:rsidRDefault="00300FAC" w:rsidP="00352867">
    <w:pPr>
      <w:spacing w:before="60"/>
      <w:ind w:left="2880" w:firstLine="720"/>
      <w:jc w:val="center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 xml:space="preserve">Załącznik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z……. 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5620649">
    <w:abstractNumId w:val="8"/>
  </w:num>
  <w:num w:numId="2" w16cid:durableId="647710063">
    <w:abstractNumId w:val="6"/>
  </w:num>
  <w:num w:numId="3" w16cid:durableId="1962764865">
    <w:abstractNumId w:val="5"/>
  </w:num>
  <w:num w:numId="4" w16cid:durableId="1310551752">
    <w:abstractNumId w:val="4"/>
  </w:num>
  <w:num w:numId="5" w16cid:durableId="1368028276">
    <w:abstractNumId w:val="7"/>
  </w:num>
  <w:num w:numId="6" w16cid:durableId="1030840494">
    <w:abstractNumId w:val="3"/>
  </w:num>
  <w:num w:numId="7" w16cid:durableId="926891111">
    <w:abstractNumId w:val="2"/>
  </w:num>
  <w:num w:numId="8" w16cid:durableId="1680040532">
    <w:abstractNumId w:val="1"/>
  </w:num>
  <w:num w:numId="9" w16cid:durableId="747192595">
    <w:abstractNumId w:val="0"/>
  </w:num>
  <w:num w:numId="10" w16cid:durableId="5776355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300FAC"/>
    <w:rsid w:val="00326F90"/>
    <w:rsid w:val="00352867"/>
    <w:rsid w:val="00411193"/>
    <w:rsid w:val="00535C1D"/>
    <w:rsid w:val="00552DFF"/>
    <w:rsid w:val="0069772A"/>
    <w:rsid w:val="0078477F"/>
    <w:rsid w:val="00936BB1"/>
    <w:rsid w:val="00A14621"/>
    <w:rsid w:val="00A67B2E"/>
    <w:rsid w:val="00A71650"/>
    <w:rsid w:val="00AA1D8D"/>
    <w:rsid w:val="00B2368F"/>
    <w:rsid w:val="00B47730"/>
    <w:rsid w:val="00BE6293"/>
    <w:rsid w:val="00BF64B4"/>
    <w:rsid w:val="00C81A2F"/>
    <w:rsid w:val="00CB0664"/>
    <w:rsid w:val="00D63C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954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Świrbutowicz</cp:lastModifiedBy>
  <cp:revision>10</cp:revision>
  <cp:lastPrinted>2026-08-27T08:48:00Z</cp:lastPrinted>
  <dcterms:created xsi:type="dcterms:W3CDTF">2013-12-23T23:15:00Z</dcterms:created>
  <dcterms:modified xsi:type="dcterms:W3CDTF">2026-09-15T06:29:00Z</dcterms:modified>
  <cp:category/>
</cp:coreProperties>
</file>